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IV-a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IV-a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5001/2 decembrie 2014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Religie – Cultul Penticostal – cl. a IV-a; coordonator: Gheorghe Cătană; aprobat prin Ordinul Ministrului Educației nr. 6661/16.11.2023; Editura Didactică și Pedagogică, București.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Cu Dumnezeu pe calea vieții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Lumea în care trăim (lumea de astăzi; oamenii își doresc mereu o lume mai bună)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Fiecare om își caută propria cale prin viață (fiecare om este unic; care sunt nevoile omului; Dumnezeu răspunde căutării omului)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Biblia arată calea spre Dumnezeu (ce înseamnă calea către Dumnezeu; ce este Biblia; cum călăuzește Biblia spre Dumnezeu)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Nevoia de a primi îndrumare în viață (de ce omul are nevoie de îndrumare în viață; cine ne îndrumă în viață)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Ajutorul lui Dumnezeu în situații dificile (ce dificultăți întâmpină un copil; încrederea în purtarea de grijă a lui Dumnezeu)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Sfințenia, cale spre Dumnezeu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Calea spre sfințenie deschisă tuturor oamenilor prin Isus Hristos (ce este sfințenia; cum se ajunge la sfințenie)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extindere/performanță, în funcție de progresul clasei.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Mari 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Spre pruncul Isus, prin stăruință și răbdare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Căutarea Pruncului Isus de către magi (cine au fost magii; închinarea magilor)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Întâmpinarea Pruncului Isus de către Simeon (Simeon, model de răbdare și perseverență)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prin activități diferențiate.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Prorocii au pregătit calea Domnului (cine au fost prorocii; rolul prorocilor în pregătirea venirii Domnului Isus Hristos)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Apostolii și evangheliștii au vestit învățătura Domnului (cine au fost apostolii; cine sunt evangheliștii)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S16–S19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(11.01–05.02)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Împlinirea din iubire a poruncilor, cale spre Dumnezeu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(08.02–12.02)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Dumnezeu îi îndrumă pe oameni pentru o conviețuire armonioasă (prezența normelor în toate contextele sociale; ce sunt poruncile lui Dumnezeu)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Domnul Isus Hristos a dat marea poruncă a iubirii (ce înseamnă iubirea lui Dumnezeu; ce înseamnă iubirea aproapelui; cum îi putem iubi pe cei care ne fac rău)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(22.02–19.03)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Mari 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De la Florii la Înviere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 Hristos în Săptămâna Patimilor (principalele evenimente din Duminica Floriilor și din Săptămâna Patimilor; atitudini ale apostolilor față de Mântuitorul)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S25–S28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(22.03–16.04)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Împlinirea poruncilor lui Dumnezeu (împlinirea din iubire a poruncilor lui Dumnezeu; exemple de respectare a poruncilor în diferite contexte)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Importanța exemplului personal de iubire creștină (valoarea exemplului personal; exemple din viața cotidiană)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(05.05–04.06)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S35–S36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(07.06–18.06)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Aplicarea unor norme de comportament specific moralei religioase, în diferite contexte de viață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Colaborarea cu copiii și cu adulții din mediul familiar, în acord cu valorile religioase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Explorarea activă a unor elemente din viața de zi cu zi, din perspectiva propriei credințe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IV-a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Compararea unor opinii cu semnificație religioasă, exprimate în raport cu diferite situații de viață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Sintetizarea principalelor îndatoriri ale unui creștin, pe baza valorificării unor situații din viața cotidiană, a exemplelor unor persoane din Biblie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modului în care sunt aplicate reguli de comportament moral-creștin, în diferite contexte de viață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Descrierea comportamentelor relaționale din cadrul grupurilor de apartenență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unor tipuri de relații și atitudini sociale, din perspectiva moralei religioase, pornind de la situații concrete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semnificației unor evenimente religioase din viața comunității apropiate și a societății largi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Prezentarea importanței unor sărbători și evenimente cu conținuturi și semnificații religioase, din viața creștinilor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