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Planificare calendaristică anuală pentru clasa a VIII-a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An școlar: </w:t>
      </w:r>
      <w:r>
        <w:rPr>
          <w:rFonts w:ascii="Times New Roman" w:hAnsi="Times New Roman" w:eastAsia="Times New Roman"/>
          <w:b w:val="0"/>
          <w:i w:val="0"/>
          <w:sz w:val="20"/>
        </w:rPr>
        <w:t>2026–2027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>Unitatea de învățământ: ________________________________________________</w:t>
      </w:r>
      <w:r>
        <w:rPr>
          <w:rFonts w:ascii="Times New Roman" w:hAnsi="Times New Roman" w:eastAsia="Times New Roman"/>
          <w:b w:val="0"/>
          <w:i w:val="0"/>
          <w:sz w:val="20"/>
        </w:rPr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Disciplina: </w:t>
      </w:r>
      <w:r>
        <w:rPr>
          <w:rFonts w:ascii="Times New Roman" w:hAnsi="Times New Roman" w:eastAsia="Times New Roman"/>
          <w:b w:val="0"/>
          <w:i w:val="0"/>
          <w:sz w:val="20"/>
        </w:rPr>
        <w:t>Religie – Cultul Creștin Penticostal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Clasa: </w:t>
      </w:r>
      <w:r>
        <w:rPr>
          <w:rFonts w:ascii="Times New Roman" w:hAnsi="Times New Roman" w:eastAsia="Times New Roman"/>
          <w:b w:val="0"/>
          <w:i w:val="0"/>
          <w:sz w:val="20"/>
        </w:rPr>
        <w:t>a VIII-a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Nr. ore/săpt.: </w:t>
      </w:r>
      <w:r>
        <w:rPr>
          <w:rFonts w:ascii="Times New Roman" w:hAnsi="Times New Roman" w:eastAsia="Times New Roman"/>
          <w:b w:val="0"/>
          <w:i w:val="0"/>
          <w:sz w:val="20"/>
        </w:rPr>
        <w:t>1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Nr. total de ore/an: </w:t>
      </w:r>
      <w:r>
        <w:rPr>
          <w:rFonts w:ascii="Times New Roman" w:hAnsi="Times New Roman" w:eastAsia="Times New Roman"/>
          <w:b w:val="0"/>
          <w:i w:val="0"/>
          <w:sz w:val="20"/>
        </w:rPr>
        <w:t>35 ore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Programa școlară aprobată prin </w:t>
      </w:r>
      <w:r>
        <w:rPr>
          <w:rFonts w:ascii="Times New Roman" w:hAnsi="Times New Roman" w:eastAsia="Times New Roman"/>
          <w:b w:val="0"/>
          <w:i w:val="0"/>
          <w:sz w:val="20"/>
        </w:rPr>
        <w:t>OMEN nr. 3393/28.02.2017</w:t>
      </w:r>
    </w:p>
    <w:p>
      <w:pPr>
        <w:spacing w:before="0" w:after="30" w:line="240" w:lineRule="auto"/>
      </w:pPr>
      <w:r>
        <w:rPr>
          <w:rFonts w:ascii="Times New Roman" w:hAnsi="Times New Roman" w:eastAsia="Times New Roman"/>
          <w:b/>
          <w:sz w:val="20"/>
        </w:rPr>
        <w:t>Manual: Religie – Cultul Penticostal – cl. a VIII-a; coordonator: Gheorghe Cătană; aprobat prin OMEC nr. 4500/10.07.2025; Editura Didactică și Pedagogică, București.</w:t>
      </w:r>
      <w:r>
        <w:rPr>
          <w:rFonts w:ascii="Times New Roman" w:hAnsi="Times New Roman" w:eastAsia="Times New Roman"/>
          <w:sz w:val="20"/>
        </w:rPr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>Profesor: ________________________________________________</w:t>
      </w:r>
      <w:r>
        <w:rPr>
          <w:rFonts w:ascii="Times New Roman" w:hAnsi="Times New Roman" w:eastAsia="Times New Roman"/>
          <w:b w:val="0"/>
          <w:i w:val="0"/>
          <w:sz w:val="20"/>
        </w:rPr>
      </w:r>
    </w:p>
    <w:p>
      <w:pPr>
        <w:spacing w:before="40" w:after="60" w:line="240" w:lineRule="auto"/>
      </w:pPr>
      <w:r>
        <w:rPr>
          <w:rFonts w:ascii="Times New Roman" w:hAnsi="Times New Roman" w:eastAsia="Times New Roman"/>
          <w:sz w:val="20"/>
        </w:rPr>
        <w:t>Timp la dispoziția profesorului: 8 ore (repartizare operațională a cotei de 25%), prin diagnoză inițială și secvențe de remediere, consolidare, aprofundare, transfer și performanță.</w:t>
      </w:r>
    </w:p>
    <w:p>
      <w:pPr>
        <w:keepNext/>
        <w:spacing w:before="40" w:after="40"/>
      </w:pPr>
      <w:r>
        <w:rPr>
          <w:rFonts w:ascii="Times New Roman" w:hAnsi="Times New Roman" w:eastAsia="Times New Roman"/>
          <w:b/>
          <w:sz w:val="20"/>
        </w:rPr>
        <w:t>Distribuția anuală a timpului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2948"/>
        <w:gridCol w:w="1757"/>
        <w:gridCol w:w="2041"/>
        <w:gridCol w:w="2154"/>
      </w:tblGrid>
      <w:tr>
        <w:trPr>
          <w:tblHeader w:val="true"/>
          <w:cantSplit/>
        </w:trPr>
        <w:tc>
          <w:tcPr>
            <w:tcW w:type="dxa" w:w="158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Ore curriculare*</w:t>
            </w:r>
          </w:p>
        </w:tc>
        <w:tc>
          <w:tcPr>
            <w:tcW w:type="dxa" w:w="2948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Predare–învățare–evaluare</w:t>
            </w:r>
          </w:p>
        </w:tc>
        <w:tc>
          <w:tcPr>
            <w:tcW w:type="dxa" w:w="175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TDP (≈25%)</w:t>
            </w:r>
          </w:p>
        </w:tc>
        <w:tc>
          <w:tcPr>
            <w:tcW w:type="dxa" w:w="2041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Școala Altfel</w:t>
            </w:r>
          </w:p>
        </w:tc>
        <w:tc>
          <w:tcPr>
            <w:tcW w:type="dxa" w:w="2154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Săptămâna Verde</w:t>
            </w:r>
          </w:p>
        </w:tc>
      </w:tr>
      <w:tr>
        <w:trPr>
          <w:cantSplit/>
        </w:trPr>
        <w:tc>
          <w:tcPr>
            <w:tcW w:type="dxa" w:w="158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33</w:t>
            </w:r>
          </w:p>
        </w:tc>
        <w:tc>
          <w:tcPr>
            <w:tcW w:type="dxa" w:w="2948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25</w:t>
            </w:r>
          </w:p>
        </w:tc>
        <w:tc>
          <w:tcPr>
            <w:tcW w:type="dxa" w:w="175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8</w:t>
            </w:r>
          </w:p>
        </w:tc>
        <w:tc>
          <w:tcPr>
            <w:tcW w:type="dxa" w:w="2041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săpt.</w:t>
            </w:r>
          </w:p>
        </w:tc>
        <w:tc>
          <w:tcPr>
            <w:tcW w:type="dxa" w:w="2154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săpt.</w:t>
            </w:r>
          </w:p>
        </w:tc>
      </w:tr>
    </w:tbl>
    <w:p>
      <w:pPr>
        <w:spacing w:before="20" w:after="60"/>
      </w:pPr>
      <w:r>
        <w:rPr>
          <w:rFonts w:ascii="Times New Roman" w:hAnsi="Times New Roman" w:eastAsia="Times New Roman"/>
          <w:i/>
          <w:sz w:val="20"/>
        </w:rPr>
        <w:t>* Orele curriculare exclud cele două săptămâni ale programelor naționale. TDP este distribuit prin orele inițiale și prin secvențe integrate în unitățile de învățare, marcate în „Observații”.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360"/>
        <w:gridCol w:w="4082"/>
        <w:gridCol w:w="680"/>
        <w:gridCol w:w="1360"/>
        <w:gridCol w:w="1814"/>
      </w:tblGrid>
      <w:tr>
        <w:trPr>
          <w:tblHeader w:val="true"/>
          <w:cantSplit/>
        </w:trPr>
        <w:tc>
          <w:tcPr>
            <w:tcW w:type="dxa" w:w="1701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Unități de învățare</w:t>
            </w:r>
          </w:p>
        </w:tc>
        <w:tc>
          <w:tcPr>
            <w:tcW w:type="dxa" w:w="136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Competențe specifice</w:t>
            </w:r>
          </w:p>
        </w:tc>
        <w:tc>
          <w:tcPr>
            <w:tcW w:type="dxa" w:w="4082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Conținuturi</w:t>
            </w:r>
          </w:p>
        </w:tc>
        <w:tc>
          <w:tcPr>
            <w:tcW w:type="dxa" w:w="68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Nr. ore</w:t>
            </w:r>
          </w:p>
        </w:tc>
        <w:tc>
          <w:tcPr>
            <w:tcW w:type="dxa" w:w="136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Săptămâna</w:t>
            </w:r>
          </w:p>
        </w:tc>
        <w:tc>
          <w:tcPr>
            <w:tcW w:type="dxa" w:w="1814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Observații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I: 7 septembrie – 23 octombrie 2026 (7 săptămâni)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Timp la dispoziția profesorului – diagnoză inițială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Competențe specifice dezvoltate în clasa anterioară: 1.1; 1.2; 1.3; 2.1; 2.2; 3.1; 3.2; 3.3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Să ne amintim din clasa anterioară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Recapitularea selectivă a achizițiilor esențiale din clasa anterioară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(07.09–11.09)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oră: activarea/consolidarea achizițiilor anterioare.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Timp la dispoziția profesorului – diagnoză inițială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Competențe specifice dezvoltate în clasa anterioară: 1.1; 1.2; 1.3; 2.1; 2.2; 3.1; 3.2; 3.3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Evaluare inițială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 rezultatelor și stabilirea nevoilor de remediere / aprofundare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(14.09–18.09)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oră: evaluare inițială și stabilirea măsurilor diferențiate.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Dumnezeu se face cunoscut omului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3.1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Sfânta Treime (caracterul personal şi întreit al lui Dumnezeu; despre descoperirea lui Dumnezeu în Vechiul Testament și în Noul Testament)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Descoperirea Sfintei Treimi în istoria biblică (Descoperirea lui Dumnezeu: definiții, moduri de revelare a lui Dumnezeu în Biblie. Descoperirea lui Dumnezeu Tatăl drept Creatorul, Judecătorul, Răscumpărător pentru poporul Israel; Conlucrarea cu celelalte persoane ale Trinității; creație, prototipul jertfei lui Isaac)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Sfânta Treime în viața Bisericii (Biserica, metafore, terminologie, Scopul Bisericii: închinare, evanghelizare și creştere spirituală, Slujbele în Biserică; Actele de cult: Botezul în apă și Cina Domnului)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S3–S7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(21.09–23.10)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toamnă: 24 octombrie – 1 noiembrie 2026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II: 2 noiembrie – 22 decembrie 2026 (8 săptămâni)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Programul „Școala Altfel” – S____ (interval stabilit de unitatea de învățământ)</w:t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Iubirea lui Dumnezeu și răspunsul omului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2.1; 2.2; 3.3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Iubirea, temeiul vieții (Cea mai mare poruncă)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Sfânta Treime în creație (Dumnezeu Tatăl - Creatorul, Domnul Isus Cristos Mântuitorul lumii)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S9–S13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(09.11–11.12)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extindere/performanță, în funcție de progresul clasei.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Viața comunității și sărbătorile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3.3.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Nașterea Domnului Isus (Nașterea lui Isus Cristos, Păstorii din Betleem, Isus adus în Templu, Cântarea lui Simeon)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Botezul Domnului (Propovăduirea lui Ioan Botezătorul, Botezul lui Isus Cristos)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S14–S15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(14.12–22.12)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aprofundare/transfer prin activitate tematică.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iarnă: 23 decembrie 2026 – 10 ianuarie 2027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III: 11 ianuarie – 12 februarie 2027 (5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Iubirea lui Dumnezeu și răspunsul omului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2.1; 2.2; 3.3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Duhul Sfânt - Sfințitorul (chemarea la sfințire, calea spre sfințire, esența sfințeniei, roada sfințeniei)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Răspunsul omului la chemarea lui Dumnezeu (credința, pocăința, botezul)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S16–S20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(11.01–12.02)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Predare–învățare–evaluare.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Vacanța mobilă – interval stabilit la nivel județean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IV: 22 februarie – 23 aprilie 2027 (9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Viața creștinului împreună cu semenii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2.1; 2.2; 3.1; 3.3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Conștiința curată (conștiința, atribut al omului; curățirea conștiinței; conștiința curată și efectele ei asupra trupului și sufletului)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Libertate şi responsabilitate în viață (deciziile în viaţă; nevoia de argumentare și asumare a propriilor decizii; contexte şi criterii de alegere a valorilor, a prietenilor, a profesiei)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Altruismul şi viaţa creştină (definiția altruismului, respectul față de semeni)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S21–S24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(22.02–19.03)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prin activități diferențiate.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Viața comunității și sărbătorile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1.3; 3.3.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Învierea Domnului (Învierea lui Isus Cristos, Isus se arată lui Toma, Beneficiile Învierii)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Înălțarea Domnului (Înălțarea lui Isus, promisiunea Duhului Sfânt, promisiunea revenirii)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Pogorârea Duhului Sfânt (Pogorârea Duhului Sfânt, cuvântarea lui Petru)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S25–S28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(22.03–16.04)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Programul „Săptămâna Verde” – S____ (interval stabilit de unitatea de învățământ)</w:t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primăvară: 24 aprilie – 4 mai 2027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V: 5 mai – 11 iunie 2027 (6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Viața creștinului împreună cu semenii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2.1; 2.2; 3.1; 3.3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Conlucrarea cu Dumnezeu (despre efort; Dumnezeu – partener în efortul omului; rolul efortului în viaţa omului/a societăţii; relaţia dintre motivație și efort; contexte de efort; efortul de a învăţa; respectul pentru muncă)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Disciplina personală (ce este stăruința; adolescenţa şi devenirea spirituală; contexte şi scopuri ale stăruinței; preocupările pentru valorile materiale şi spirituale; perseverenţa în învăţare)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Problemele lumii contemporane și atitudinea creștinilor (provocări ale societăţii actuale: alcool, tutun, droguri, jocuri de noroc, mass media, internetul; cauze şi efecte ale acestora; implicarea creștinilor în prevenirea, diminuarea și rezolvarea conflictelor)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S30–S34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(05.05–04.06)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Toate competențele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 finală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S35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(07.06–11.06)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Predare–învățare–evaluare.</w:t>
            </w:r>
          </w:p>
        </w:tc>
      </w:tr>
    </w:tbl>
    <w:p>
      <w:pPr>
        <w:keepNext/>
        <w:pageBreakBefore w:val="0"/>
        <w:spacing w:before="80" w:after="20"/>
      </w:pPr>
      <w:r>
        <w:rPr>
          <w:rFonts w:ascii="Times New Roman" w:hAnsi="Times New Roman" w:eastAsia="Times New Roman"/>
          <w:b/>
          <w:sz w:val="22"/>
        </w:rPr>
        <w:t>COMPETENȚE GENERALE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1. Utilizarea conceptelor specifice religiei proprii, în conexiune cu diferite manifestări ale credinței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2. Manifestarea unui comportament moral, în viața personală și în societate, în acord cu valorile religioase</w:t>
      </w:r>
    </w:p>
    <w:p>
      <w:pPr>
        <w:keepNext w:val="0"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3. Raportarea experiențelor din viața de zi cu zi la principiile religioase, cu respectarea identității și diversității religioase</w:t>
      </w:r>
    </w:p>
    <w:p>
      <w:pPr>
        <w:keepNext/>
        <w:spacing w:before="80" w:after="40"/>
      </w:pPr>
      <w:r>
        <w:rPr>
          <w:rFonts w:ascii="Times New Roman" w:hAnsi="Times New Roman" w:eastAsia="Times New Roman"/>
          <w:b/>
          <w:sz w:val="22"/>
        </w:rPr>
        <w:t>COMPETENȚE SPECIFICE – clasa a VIII-a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9355"/>
      </w:tblGrid>
      <w:tr>
        <w:trPr>
          <w:tblHeader w:val="true"/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Cod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Competența specifică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Argumentarea importanței asumării modelului de iubire trinitară pentru împlinirea personală și a comunității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Formularea de argumente pentru susținerea importanței unor idei, fapte, evenimente cu relevanță moral-religioasă, în plan individual și social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1.3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Compararea modurilor în care un mesaj religios poate fi exprimat prin forme de comunicare diferite (muzică, literatură)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Evidențierea implicațiilor moral-religioase pe care modelele urmate le pot avea în viața personală și socială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Asumarea de responsabilități specifice în contexte școlare și extrașcolare de colaborare cu ceilalți, respectând diversitatea grupului, inclusiv cea religioasă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Susținerea rolului valorilor spirituale comune ale oamenilor, ca factor de promovare a comuniunii și ca sursă de rezolvare a problemelor ce apar în viața cotidiană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Analizarea calităților personale care susțin etapele propriei deveniri, în relație cu valorile moral-religioase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3.3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Implicarea în activități și proiecte individuale și de grup, centrate pe nevoi și aspecte de viață spirituală a comunității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0"/>
      <w:szCs w:val="2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0"/>
      <w:szCs w:val="2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