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Planificare calendaristică anuală pentru clasa a V-a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An școlar: </w:t>
      </w:r>
      <w:r>
        <w:rPr>
          <w:rFonts w:ascii="Times New Roman" w:hAnsi="Times New Roman" w:eastAsia="Times New Roman"/>
          <w:b w:val="0"/>
          <w:i w:val="0"/>
          <w:sz w:val="20"/>
        </w:rPr>
        <w:t>2026–2027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Unitatea de învățământ: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Disciplina: </w:t>
      </w:r>
      <w:r>
        <w:rPr>
          <w:rFonts w:ascii="Times New Roman" w:hAnsi="Times New Roman" w:eastAsia="Times New Roman"/>
          <w:b w:val="0"/>
          <w:i w:val="0"/>
          <w:sz w:val="20"/>
        </w:rPr>
        <w:t>Religie – Cultul Creștin Penticostal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Clasa: </w:t>
      </w:r>
      <w:r>
        <w:rPr>
          <w:rFonts w:ascii="Times New Roman" w:hAnsi="Times New Roman" w:eastAsia="Times New Roman"/>
          <w:b w:val="0"/>
          <w:i w:val="0"/>
          <w:sz w:val="20"/>
        </w:rPr>
        <w:t>a V-a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ore/săpt.: </w:t>
      </w:r>
      <w:r>
        <w:rPr>
          <w:rFonts w:ascii="Times New Roman" w:hAnsi="Times New Roman" w:eastAsia="Times New Roman"/>
          <w:b w:val="0"/>
          <w:i w:val="0"/>
          <w:sz w:val="20"/>
        </w:rPr>
        <w:t>1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total de ore/an: </w:t>
      </w:r>
      <w:r>
        <w:rPr>
          <w:rFonts w:ascii="Times New Roman" w:hAnsi="Times New Roman" w:eastAsia="Times New Roman"/>
          <w:b w:val="0"/>
          <w:i w:val="0"/>
          <w:sz w:val="20"/>
        </w:rPr>
        <w:t>36 ore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Programa școlară aprobată prin </w:t>
      </w:r>
      <w:r>
        <w:rPr>
          <w:rFonts w:ascii="Times New Roman" w:hAnsi="Times New Roman" w:eastAsia="Times New Roman"/>
          <w:b w:val="0"/>
          <w:i w:val="0"/>
          <w:sz w:val="20"/>
        </w:rPr>
        <w:t>OMEN nr. 3393/28.02.2017</w:t>
      </w:r>
    </w:p>
    <w:p>
      <w:pPr>
        <w:spacing w:before="0" w:after="30" w:line="240" w:lineRule="auto"/>
      </w:pPr>
      <w:r>
        <w:rPr>
          <w:rFonts w:ascii="Times New Roman" w:hAnsi="Times New Roman" w:eastAsia="Times New Roman"/>
          <w:b/>
          <w:sz w:val="20"/>
        </w:rPr>
        <w:t>Manual: Religie – Cultul Penticostal – cl. a V-a; coordonator: Gheorghe Cătană; aprobat prin Ordinul Ministrului Educației nr. 6661/16.11.2023; Editura Didactică și Pedagogică, București.</w:t>
      </w:r>
      <w:r>
        <w:rPr>
          <w:rFonts w:ascii="Times New Roman" w:hAnsi="Times New Roman" w:eastAsia="Times New Roman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Profesor: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40" w:after="60" w:line="240" w:lineRule="auto"/>
      </w:pPr>
      <w:r>
        <w:rPr>
          <w:rFonts w:ascii="Times New Roman" w:hAnsi="Times New Roman" w:eastAsia="Times New Roman"/>
          <w:sz w:val="20"/>
        </w:rPr>
        <w:t>Timp la dispoziția profesorului: 9 ore (repartizare operațională a cotei de 25%), prin diagnoză inițială și secvențe de remediere, consolidare, aprofundare, transfer și performanță.</w:t>
      </w:r>
    </w:p>
    <w:p>
      <w:pPr>
        <w:keepNext/>
        <w:spacing w:before="40" w:after="40"/>
      </w:pPr>
      <w:r>
        <w:rPr>
          <w:rFonts w:ascii="Times New Roman" w:hAnsi="Times New Roman" w:eastAsia="Times New Roman"/>
          <w:b/>
          <w:sz w:val="20"/>
        </w:rPr>
        <w:t>Distribuția anuală a timpului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948"/>
        <w:gridCol w:w="1757"/>
        <w:gridCol w:w="2041"/>
        <w:gridCol w:w="2154"/>
      </w:tblGrid>
      <w:tr>
        <w:trPr>
          <w:tblHeader w:val="true"/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Ore curriculare*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Predare–învățare–evaluare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TDP (≈25%)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Școala Altfel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Săptămâna Verde</w:t>
            </w:r>
          </w:p>
        </w:tc>
      </w:tr>
      <w:tr>
        <w:trPr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34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25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9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</w:tr>
    </w:tbl>
    <w:p>
      <w:pPr>
        <w:spacing w:before="20" w:after="60"/>
      </w:pPr>
      <w:r>
        <w:rPr>
          <w:rFonts w:ascii="Times New Roman" w:hAnsi="Times New Roman" w:eastAsia="Times New Roman"/>
          <w:i/>
          <w:sz w:val="20"/>
        </w:rPr>
        <w:t>* Orele curriculare exclud cele două săptămâni ale programelor naționale. TDP este distribuit prin orele inițiale și prin secvențe integrate în unitățile de învățare, marcate în „Observații”.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360"/>
        <w:gridCol w:w="4082"/>
        <w:gridCol w:w="680"/>
        <w:gridCol w:w="1360"/>
        <w:gridCol w:w="1814"/>
      </w:tblGrid>
      <w:tr>
        <w:trPr>
          <w:tblHeader w:val="true"/>
          <w:cantSplit/>
        </w:trPr>
        <w:tc>
          <w:tcPr>
            <w:tcW w:type="dxa" w:w="1701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Unități de învățare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Competențe specifice</w:t>
            </w:r>
          </w:p>
        </w:tc>
        <w:tc>
          <w:tcPr>
            <w:tcW w:type="dxa" w:w="4082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Conținuturi</w:t>
            </w:r>
          </w:p>
        </w:tc>
        <w:tc>
          <w:tcPr>
            <w:tcW w:type="dxa" w:w="68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Nr. ore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Săptămâna</w:t>
            </w:r>
          </w:p>
        </w:tc>
        <w:tc>
          <w:tcPr>
            <w:tcW w:type="dxa" w:w="1814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Observații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I: 7 septembrie – 23 octombrie 2026 (7 săptămâni)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1.3; 2.1; 2.2; 3.1;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 ne amintim din clasa anterioară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Recapitularea selectivă a achizițiilor esențiale din clasa anterioară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(07.09–11.09)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activarea/consolidarea achizițiilor anterioare.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1.3; 2.1; 2.2; 3.1;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Evaluare inițială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 rezultatelor și stabilirea nevoilor de remediere / aprofundare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(14.09–18.09)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evaluare inițială și stabilirea măsurilor diferențiate.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Dumnezeu se face cunoscut omului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Dumnezeu în creație (Dumnezeu este Părintele omenirii; crearea îngerilor şi rolul lor în viaţa omului; crearea lumii văzute; diversitatea şi frumuseţea acesteia; cunoaşterea lui Dumnezeu din creaţia Lui)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Dumnezeu în istorie (creația familiei, expansiunea rasei umane și formarea popoarelor, atenția specială a lui Dumnezeu asupra poporului Israel, împlinirea planului lui Dumnezeu)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Dumnezeu în Sfânta Scriptură (inspirația Scripturilor, revelația lui Dumnezeu, darea Legii, profețiile)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Promisiunea unui Mântuitor (Adam și Eva – prima familie; bucuria vieții în rai; legătura omului cu Dumnezeu înainte şi după căderea în păcatul strămoşesc; promisiunea venirii Mântuitorului)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Prietenia lui Dumnezeu cu Avraam (chemarea și legământul lui Dumnezeu cu Avraam; începuturile poporului ales)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S3–S7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(21.09–23.10)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 și transfer al achizițiilor.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toamnă: 24 octombrie – 1 noiembrie 2026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II: 2 noiembrie – 22 decembrie 2026 (8 săptămâni)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„Școala Altfel”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Dumnezeu se face cunoscut omului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2.1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Dumnezeu salvează: Noe (starea de păcat a omenirii; Noe ascultă de Dumnezeu; Dumnezeu salvează omenirea)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Dumnezeu iartă (Iacov şi cei 12 fii; strămutarea în Egipt a poporului ales; de la vânzare la răscumpărare; puterea iertării)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Dumnezeu vorbește cu omul: Moise (eliberarea din robia egipteană:, drumul spre Țara Făgăduinței, primirea Decalogului)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S9–S13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(09.11–11.12)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comunității și sărbătorile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3.3.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Nașterea Domnului Isus (Vestirea nașterii lui Isus Cristos, nașterea lui Isus Cristos, păstorii din Betleem)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Botezul Domnului (Nașterea lui Ioan Botezătorul, botezul lui Isus Cristos)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S14–S15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(14.12–22.12)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iarnă: 23 decembrie 2026 – 10 ianuarie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III: 11 ianuarie – 12 februarie 2027 (5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Iubirea lui Dumnezeu și răspunsul omului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1.3; 2.1; 2.2;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Decalogul: Importanța lui în viața omului (explicarea Decalogului ca dar al iubirii lui Dumnezeu; actualitatea Decalogului; porunci şi legi – aspecte generale; rolul legilor în diferite contexte de viaţă socială)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Chemarea omului la slujirea lui Dumnezeu (despre chemarea lui Dumnezeu)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Răspunsul omului la chemarea lui Dumnezeu (exemple de personaje biblice care au răspuns la chemarea lui Dumnezeu: Samuel/Iona/Ieremia)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S16–S20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(11.01–12.02)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prin activități diferențiate.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Vacanța mobilă – interval stabilit la nivel județean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IV: 22 februarie – 23 aprilie 2027 (9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Iubirea lui Dumnezeu și răspunsul omului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1.3; 2.1; 2.2;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Eroi ai credinței în Vechiul Testament (rugăciunea, postul, jertfele: semnificaţia şi importanţa în Vechiul Testament şi în prezent; exemple din Vechiul Testament: Abel/Ilie/Daniel/Estera)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S21–S22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(22.02–05.03)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comunității și sărbătorile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3.3.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Învierea Domnului (Învierea lui Isus Cristos, Isus se arată Mariei, beneficiile Învierii)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Înălțarea Domnului (Înălțarea lui Isus, promisiunea Duhului Sfânt, promisiunea revenirii)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Pogorârea Duhului Sfânt (pogorârea Duhului Sfânt, importanța pogorârii Duhului Sfânt)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S23–S26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(08.03–02.04)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creștinului împreună cu semenii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3.1;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Atașamentul față de propriul popor (despre existența popoarelor, modalităţi de manifestare a iubirii faţă de propriul popor, exemple de persoane biblice care și-au slujit poporul: Moise/Ghedeon/Ilie/Daniel/Estera)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Dialogul cu semenii despre credința în Dumnezeu (importanţa dialogului despre Dumnezeu; contexte de dialog despre credinţă; posibile dificultăţi în dialogul pe teme de credinţă; exemple de persoane biblice care au vorbit semenilor despre Dumnezeu: Iona/Ilie/slujnica lui Naaman Sirianul/Iov)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S27–S28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(05.04–16.04)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„Săptămâna Verde”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primăvară: 24 aprilie – 4 mai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V: 5 mai – 18 iunie 2027 (7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creștinului împreună cu semenii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3.1; 3.2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Ajutorul oferit celorlalți (ajutorul ca formă de exprimare a credinței și a iubirii lui Dumnezeu; persoane care au nevoie de ajutor; modalităţi de ajutorare a altora; exemple biblice de ajutorare a celor săraci şi asupriţi: Iosif/Moise/Ilie/Elisei)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S30–S34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(05.05–04.06)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Toate competențele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 finală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S35–S36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(07.06–18.06)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</w:tbl>
    <w:p>
      <w:pPr>
        <w:keepNext/>
        <w:pageBreakBefore w:val="0"/>
        <w:spacing w:before="80" w:after="20"/>
      </w:pPr>
      <w:r>
        <w:rPr>
          <w:rFonts w:ascii="Times New Roman" w:hAnsi="Times New Roman" w:eastAsia="Times New Roman"/>
          <w:b/>
          <w:sz w:val="22"/>
        </w:rPr>
        <w:t>COMPETENȚE GENERALE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1. Utilizarea conceptelor specifice religiei proprii, în conexiune cu diferite manifestări ale credinței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2. Manifestarea unui comportament moral, în viața personală și în societate, în acord cu valorile religioase</w:t>
      </w:r>
    </w:p>
    <w:p>
      <w:pPr>
        <w:keepNext w:val="0"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3. Raportarea experiențelor din viața de zi cu zi la principiile religioase, cu respectarea identității și diversității religioase</w:t>
      </w:r>
    </w:p>
    <w:p>
      <w:pPr>
        <w:keepNext/>
        <w:spacing w:before="80" w:after="40"/>
      </w:pPr>
      <w:r>
        <w:rPr>
          <w:rFonts w:ascii="Times New Roman" w:hAnsi="Times New Roman" w:eastAsia="Times New Roman"/>
          <w:b/>
          <w:sz w:val="22"/>
        </w:rPr>
        <w:t>COMPETENȚE SPECIFICE – clasa a V-a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9355"/>
      </w:tblGrid>
      <w:tr>
        <w:trPr>
          <w:tblHeader w:val="true"/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Cod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Competența specifică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Explicarea rolului personalităților din Vechiul Testament în devenirea umanității/istoria mântuirii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Descrierea unor aspecte caracteristice religiei proprii, utilizând concepte specifice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Identificarea mesajului moral-religios din texte sau suporturi expresive date (biblice, religioase, literare, plastice, istorice)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Exprimarea unor aprecieri personale privind semnificația morală a comportamentului persoanelor din textele studiate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Selectarea unor reguli de comportament moral-religios din diferite contexte de viață, din perspectiva unor criterii date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Evidențierea elementelor definitorii ale propriei identități religioase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Identificarea unor responsabilități față de sine și față de comunitate, după repere date, prin raportare la valorile moral-religioase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Prezentarea modalităților de celebrare a diferitelor sărbători în viața personală și în comunitățile de apartenență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